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GUIA OPERACIONAL | PASSAGEIROS COM UM ÚNICO NOME</w:t>
      </w:r>
    </w:p>
    <w:p>
      <w:r>
        <w:rPr>
          <w:b/>
        </w:rPr>
        <w:t>Documento Operacional Consolidado | Consolidador.com</w:t>
      </w:r>
    </w:p>
    <w:p>
      <w:pPr>
        <w:pStyle w:val="Heading2"/>
      </w:pPr>
      <w:r>
        <w:t>LEGENDA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Código</w:t>
            </w:r>
          </w:p>
        </w:tc>
        <w:tc>
          <w:tcPr>
            <w:tcW w:type="dxa" w:w="5440"/>
          </w:tcPr>
          <w:p>
            <w:r>
              <w:t>Significado</w:t>
            </w:r>
          </w:p>
        </w:tc>
      </w:tr>
      <w:tr>
        <w:tc>
          <w:tcPr>
            <w:tcW w:type="dxa" w:w="5440"/>
          </w:tcPr>
          <w:p>
            <w:r>
              <w:t>FNU</w:t>
            </w:r>
          </w:p>
        </w:tc>
        <w:tc>
          <w:tcPr>
            <w:tcW w:type="dxa" w:w="5440"/>
          </w:tcPr>
          <w:p>
            <w:r>
              <w:t>Primeiro nome desconhecido</w:t>
            </w:r>
          </w:p>
        </w:tc>
      </w:tr>
      <w:tr>
        <w:tc>
          <w:tcPr>
            <w:tcW w:type="dxa" w:w="5440"/>
          </w:tcPr>
          <w:p>
            <w:r>
              <w:t>LNU</w:t>
            </w:r>
          </w:p>
        </w:tc>
        <w:tc>
          <w:tcPr>
            <w:tcW w:type="dxa" w:w="5440"/>
          </w:tcPr>
          <w:p>
            <w:r>
              <w:t>Apelido desconhecido</w:t>
            </w:r>
          </w:p>
        </w:tc>
      </w:tr>
      <w:tr>
        <w:tc>
          <w:tcPr>
            <w:tcW w:type="dxa" w:w="5440"/>
          </w:tcPr>
          <w:p>
            <w:r>
              <w:t>OSI</w:t>
            </w:r>
          </w:p>
        </w:tc>
        <w:tc>
          <w:tcPr>
            <w:tcW w:type="dxa" w:w="5440"/>
          </w:tcPr>
          <w:p>
            <w:r>
              <w:t>Outras informações de serviço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Pedido especial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Nova capacidade de distribuição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Norma de mensagens das companhias aéreas</w:t>
            </w:r>
          </w:p>
        </w:tc>
      </w:tr>
    </w:tbl>
    <w:p>
      <w:pPr>
        <w:pStyle w:val="Heading2"/>
      </w:pPr>
      <w:r>
        <w:t>TABELA OPERACIONAL GERAL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r>
              <w:t>Companhia aérea</w:t>
            </w:r>
          </w:p>
        </w:tc>
        <w:tc>
          <w:tcPr>
            <w:tcW w:type="dxa" w:w="2176"/>
          </w:tcPr>
          <w:p>
            <w:r>
              <w:t>Sem nome próprio</w:t>
            </w:r>
          </w:p>
        </w:tc>
        <w:tc>
          <w:tcPr>
            <w:tcW w:type="dxa" w:w="2176"/>
          </w:tcPr>
          <w:p>
            <w:r>
              <w:t>Sem apelido</w:t>
            </w:r>
          </w:p>
        </w:tc>
        <w:tc>
          <w:tcPr>
            <w:tcW w:type="dxa" w:w="2176"/>
          </w:tcPr>
          <w:p>
            <w:r>
              <w:t>Obrigatório</w:t>
            </w:r>
          </w:p>
        </w:tc>
        <w:tc>
          <w:tcPr>
            <w:tcW w:type="dxa" w:w="2176"/>
          </w:tcPr>
          <w:p>
            <w:r>
              <w:t>Casos especiais</w:t>
            </w:r>
          </w:p>
        </w:tc>
      </w:tr>
      <w:tr>
        <w:tc>
          <w:tcPr>
            <w:tcW w:type="dxa" w:w="2176"/>
          </w:tcPr>
          <w:p>
            <w:r>
              <w:t>TK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EY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SIM</w:t>
            </w:r>
          </w:p>
        </w:tc>
      </w:tr>
      <w:tr>
        <w:tc>
          <w:tcPr>
            <w:tcW w:type="dxa" w:w="2176"/>
          </w:tcPr>
          <w:p>
            <w:r>
              <w:t>EK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QR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LH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AF/KL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OSI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AY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SR</w:t>
            </w:r>
          </w:p>
        </w:tc>
        <w:tc>
          <w:tcPr>
            <w:tcW w:type="dxa" w:w="2176"/>
          </w:tcPr>
          <w:p>
            <w:r>
              <w:t>SIM</w:t>
            </w:r>
          </w:p>
        </w:tc>
      </w:tr>
      <w:tr>
        <w:tc>
          <w:tcPr>
            <w:tcW w:type="dxa" w:w="2176"/>
          </w:tcPr>
          <w:p>
            <w:r>
              <w:t>AI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SIM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SIM</w:t>
            </w:r>
          </w:p>
        </w:tc>
      </w:tr>
    </w:tbl>
    <w:p>
      <w:pPr>
        <w:pStyle w:val="Heading2"/>
      </w:pPr>
      <w:r>
        <w:t>TK – TURKISH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FNU (primeiro nome desconhecido)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LNU (apelido desconhecido)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</w:tbl>
    <w:p>
      <w:pPr>
        <w:pStyle w:val="Heading2"/>
      </w:pPr>
      <w:r>
        <w:t>EY – REGRA-PADRÃO ETIHAD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</w:tbl>
    <w:p>
      <w:pPr>
        <w:pStyle w:val="Heading2"/>
      </w:pPr>
      <w:r>
        <w:t>EY – SEM APELIDO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Situação</w:t>
            </w:r>
          </w:p>
        </w:tc>
        <w:tc>
          <w:tcPr>
            <w:tcW w:type="dxa" w:w="5440"/>
          </w:tcPr>
          <w:p>
            <w:r>
              <w:t>Quando o apelido não está disponível</w:t>
            </w:r>
          </w:p>
        </w:tc>
      </w:tr>
      <w:tr>
        <w:tc>
          <w:tcPr>
            <w:tcW w:type="dxa" w:w="5440"/>
          </w:tcPr>
          <w:p>
            <w:r>
              <w:t>Regra</w:t>
            </w:r>
          </w:p>
        </w:tc>
        <w:tc>
          <w:tcPr>
            <w:tcW w:type="dxa" w:w="5440"/>
          </w:tcPr>
          <w:p>
            <w:r>
              <w:t>Atualizar o nome utilizando um dos seguintes formatos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o nome próprio no campo do apelido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FNU (Primeiro Nome Desconhecido) no campo do nome próprio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Seguido do título</w:t>
            </w:r>
          </w:p>
        </w:tc>
      </w:tr>
      <w:tr>
        <w:tc>
          <w:tcPr>
            <w:tcW w:type="dxa" w:w="5440"/>
          </w:tcPr>
          <w:p>
            <w:r>
              <w:t>Nota crítica</w:t>
            </w:r>
          </w:p>
        </w:tc>
        <w:tc>
          <w:tcPr>
            <w:tcW w:type="dxa" w:w="5440"/>
          </w:tcPr>
          <w:p>
            <w:r>
              <w:t>LNU não deve ser utilizado no campo do nome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HABEEB MOHAMMAD/FNU MR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o(s) nome(s) próprio(s) no campo do apelido e adicionar o título no campo do primeiro nome</w:t>
            </w:r>
          </w:p>
        </w:tc>
      </w:tr>
      <w:tr>
        <w:tc>
          <w:tcPr>
            <w:tcW w:type="dxa" w:w="5440"/>
          </w:tcPr>
          <w:p>
            <w:r>
              <w:t>Estado</w:t>
            </w:r>
          </w:p>
        </w:tc>
        <w:tc>
          <w:tcPr>
            <w:tcW w:type="dxa" w:w="5440"/>
          </w:tcPr>
          <w:p>
            <w:r>
              <w:t>Aceite pela Etihad Airways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HABEEB MOHAMMED/MR</w:t>
            </w:r>
          </w:p>
        </w:tc>
      </w:tr>
    </w:tbl>
    <w:p>
      <w:pPr>
        <w:pStyle w:val="Heading2"/>
      </w:pPr>
      <w:r>
        <w:t>EY – SEM NOME PRÓPRIO / PRIMEIRO NOME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Situação</w:t>
            </w:r>
          </w:p>
        </w:tc>
        <w:tc>
          <w:tcPr>
            <w:tcW w:type="dxa" w:w="5440"/>
          </w:tcPr>
          <w:p>
            <w:r>
              <w:t>Quando os nomes próprios (primeiro e do meio) não estão disponíveis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o apelido no campo do apelido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FNU no campo do nome próprio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Seguido do título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JACK/FNU MRS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 nome próprio no campo do apelido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 título no campo do primeiro nome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SMITH/MRS</w:t>
            </w:r>
          </w:p>
        </w:tc>
      </w:tr>
    </w:tbl>
    <w:p>
      <w:pPr>
        <w:pStyle w:val="Heading2"/>
      </w:pPr>
      <w:r>
        <w:t>EK – EMIRATES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</w:tbl>
    <w:p>
      <w:pPr>
        <w:pStyle w:val="Heading2"/>
      </w:pPr>
      <w:r>
        <w:t>QR – QATAR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FERREIRA/FNU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</w:tbl>
    <w:p>
      <w:pPr>
        <w:pStyle w:val="Heading2"/>
      </w:pPr>
      <w:r>
        <w:t>LH – LUFTHANSA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</w:tbl>
    <w:p>
      <w:pPr>
        <w:pStyle w:val="Heading2"/>
      </w:pPr>
      <w:r>
        <w:t>AF – AIR FRANCE / KLM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OBRIGATÓRIO</w:t>
            </w:r>
          </w:p>
        </w:tc>
        <w:tc>
          <w:tcPr>
            <w:tcW w:type="dxa" w:w="5440"/>
          </w:tcPr>
          <w:p>
            <w:r>
              <w:t>Adicionar OSI</w:t>
            </w:r>
          </w:p>
        </w:tc>
      </w:tr>
      <w:tr>
        <w:tc>
          <w:tcPr>
            <w:tcW w:type="dxa" w:w="5440"/>
          </w:tcPr>
          <w:p>
            <w:r>
              <w:t>OSI</w:t>
            </w:r>
          </w:p>
        </w:tc>
        <w:tc>
          <w:tcPr>
            <w:tcW w:type="dxa" w:w="5440"/>
          </w:tcPr>
          <w:p>
            <w:r>
              <w:t>PAX ONLY HAS FIRST NAME</w:t>
            </w:r>
          </w:p>
        </w:tc>
      </w:tr>
    </w:tbl>
    <w:p>
      <w:pPr>
        <w:pStyle w:val="Heading2"/>
      </w:pPr>
      <w:r>
        <w:t>AY – REGRA-PADRÃO FINNAIR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FNU (primeiro nome desconhecido)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LNU (apelido desconhecido)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  <w:tr>
        <w:tc>
          <w:tcPr>
            <w:tcW w:type="dxa" w:w="5440"/>
          </w:tcPr>
          <w:p>
            <w:r>
              <w:t>APELIDO COM UMA ÚNICA LETRA</w:t>
            </w:r>
          </w:p>
        </w:tc>
        <w:tc>
          <w:tcPr>
            <w:tcW w:type="dxa" w:w="5440"/>
          </w:tcPr>
          <w:p>
            <w:r>
              <w:t>Y MRS/TANIA MRS</w:t>
            </w:r>
          </w:p>
        </w:tc>
      </w:tr>
      <w:tr>
        <w:tc>
          <w:tcPr>
            <w:tcW w:type="dxa" w:w="5440"/>
          </w:tcPr>
          <w:p>
            <w:r>
              <w:t>Nota</w:t>
            </w:r>
          </w:p>
        </w:tc>
        <w:tc>
          <w:tcPr>
            <w:tcW w:type="dxa" w:w="5440"/>
          </w:tcPr>
          <w:p>
            <w:r>
              <w:t>(o apelido é «Y»)</w:t>
            </w:r>
          </w:p>
        </w:tc>
      </w:tr>
      <w:tr>
        <w:tc>
          <w:tcPr>
            <w:tcW w:type="dxa" w:w="5440"/>
          </w:tcPr>
          <w:p>
            <w:r>
              <w:t>OBRIGATÓRIO</w:t>
            </w:r>
          </w:p>
        </w:tc>
        <w:tc>
          <w:tcPr>
            <w:tcW w:type="dxa" w:w="5440"/>
          </w:tcPr>
          <w:p>
            <w:r>
              <w:t>Adicionar SR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LAST NAME/S1-4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FIRST NAME/S1-4</w:t>
            </w:r>
          </w:p>
        </w:tc>
      </w:tr>
    </w:tbl>
    <w:p>
      <w:pPr>
        <w:pStyle w:val="Heading2"/>
      </w:pPr>
      <w:r>
        <w:t>AY – CASOS ESPECIAIS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Regra</w:t>
            </w:r>
          </w:p>
        </w:tc>
        <w:tc>
          <w:tcPr>
            <w:tcW w:type="dxa" w:w="5440"/>
          </w:tcPr>
          <w:p>
            <w:r>
              <w:t>Quando um passageiro tiver apenas um nome no passaporte, introduza-o selecionando a opção correta abaixo</w:t>
            </w:r>
          </w:p>
        </w:tc>
      </w:tr>
    </w:tbl>
    <w:p>
      <w:pPr>
        <w:pStyle w:val="Heading2"/>
      </w:pPr>
      <w:r>
        <w:t>AY – APELIDO DESCONHECIDO (LNU)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LNU/ELISABETH MS</w:t>
            </w:r>
          </w:p>
        </w:tc>
      </w:tr>
      <w:tr>
        <w:tc>
          <w:tcPr>
            <w:tcW w:type="dxa" w:w="5440"/>
          </w:tcPr>
          <w:p>
            <w:r>
              <w:t>Aplicação</w:t>
            </w:r>
          </w:p>
        </w:tc>
        <w:tc>
          <w:tcPr>
            <w:tcW w:type="dxa" w:w="5440"/>
          </w:tcPr>
          <w:p>
            <w:r>
              <w:t>(se não existir qualquer nome no campo do apelido do passaporte)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Nas reservas NDC, uma vez que não é possível adicionar o elemento SR através dos canais NDC, contacte o nosso Apoio ao Agente para adicionar o elemento SR à reserva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Nas reservas EDIFACT, adicionar o SR de check-in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LASTNAME/S1-4</w:t>
            </w:r>
          </w:p>
        </w:tc>
      </w:tr>
    </w:tbl>
    <w:p>
      <w:pPr>
        <w:pStyle w:val="Heading2"/>
      </w:pPr>
      <w:r>
        <w:t>AY – PRIMEIRO NOME DESCONHECIDO (FNU)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Formato</w:t>
            </w:r>
          </w:p>
        </w:tc>
        <w:tc>
          <w:tcPr>
            <w:tcW w:type="dxa" w:w="5440"/>
          </w:tcPr>
          <w:p>
            <w:r>
              <w:t>JOHNSON/FNU MS</w:t>
            </w:r>
          </w:p>
        </w:tc>
      </w:tr>
      <w:tr>
        <w:tc>
          <w:tcPr>
            <w:tcW w:type="dxa" w:w="5440"/>
          </w:tcPr>
          <w:p>
            <w:r>
              <w:t>Aplicação</w:t>
            </w:r>
          </w:p>
        </w:tc>
        <w:tc>
          <w:tcPr>
            <w:tcW w:type="dxa" w:w="5440"/>
          </w:tcPr>
          <w:p>
            <w:r>
              <w:t>(se não existir qualquer nome no campo do primeiro nome do passaporte)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Nas reservas NDC, uma vez que não é possível adicionar o elemento SR através dos canais NDC, contacte o nosso Apoio ao Agente para adicionar o elemento SR à reserva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Nas reservas EDIFACT, adicionar o SR de check-in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FIRSTNAME/S1-4</w:t>
            </w:r>
          </w:p>
        </w:tc>
      </w:tr>
    </w:tbl>
    <w:p>
      <w:pPr>
        <w:pStyle w:val="Heading2"/>
      </w:pPr>
      <w:r>
        <w:t>AY – APELIDOS COM UMA ÚNICA LETRA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Regra</w:t>
            </w:r>
          </w:p>
        </w:tc>
        <w:tc>
          <w:tcPr>
            <w:tcW w:type="dxa" w:w="5440"/>
          </w:tcPr>
          <w:p>
            <w:r>
              <w:t>Por requisitos do sistema, são necessárias pelo menos duas letras</w:t>
            </w:r>
          </w:p>
        </w:tc>
      </w:tr>
      <w:tr>
        <w:tc>
          <w:tcPr>
            <w:tcW w:type="dxa" w:w="5440"/>
          </w:tcPr>
          <w:p>
            <w:r>
              <w:t>Instrução</w:t>
            </w:r>
          </w:p>
        </w:tc>
        <w:tc>
          <w:tcPr>
            <w:tcW w:type="dxa" w:w="5440"/>
          </w:tcPr>
          <w:p>
            <w:r>
              <w:t>Se o apelido tiver apenas uma letra, introduza primeiro essa letra, seguida de um espaço e do indicador de género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Y MR/LINUS MR</w:t>
            </w:r>
          </w:p>
        </w:tc>
      </w:tr>
    </w:tbl>
    <w:p>
      <w:pPr>
        <w:pStyle w:val="Heading2"/>
      </w:pPr>
      <w:r>
        <w:t>AI – REGRA-PADRÃO AIR INDIA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SEM NOME PRÓPRIO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  <w:tr>
        <w:tc>
          <w:tcPr>
            <w:tcW w:type="dxa" w:w="5440"/>
          </w:tcPr>
          <w:p>
            <w:r>
              <w:t>SEM APELIDO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Alternativa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</w:tbl>
    <w:p>
      <w:pPr>
        <w:pStyle w:val="Heading2"/>
      </w:pPr>
      <w:r>
        <w:t>AI – SEM APELIDO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Situação</w:t>
            </w:r>
          </w:p>
        </w:tc>
        <w:tc>
          <w:tcPr>
            <w:tcW w:type="dxa" w:w="5440"/>
          </w:tcPr>
          <w:p>
            <w:r>
              <w:t>Quando o apelido não está disponível e todos os nomes constam no campo do nome próprio do documento de viagem</w:t>
            </w:r>
          </w:p>
        </w:tc>
      </w:tr>
      <w:tr>
        <w:tc>
          <w:tcPr>
            <w:tcW w:type="dxa" w:w="5440"/>
          </w:tcPr>
          <w:p>
            <w:r>
              <w:t>Regra</w:t>
            </w:r>
          </w:p>
        </w:tc>
        <w:tc>
          <w:tcPr>
            <w:tcW w:type="dxa" w:w="5440"/>
          </w:tcPr>
          <w:p>
            <w:r>
              <w:t>Atualizar o nome utilizando um dos seguintes formatos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o(s) nome(s) próprio(s) no campo do apelido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Adicionar FNU (Primeiro Nome Desconhecido) no campo do primeiro nome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Seguido do título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JEREMY BROWN/FNU MR</w:t>
            </w:r>
          </w:p>
        </w:tc>
      </w:tr>
      <w:tr>
        <w:tc>
          <w:tcPr>
            <w:tcW w:type="dxa" w:w="5440"/>
          </w:tcPr>
          <w:p>
            <w:r>
              <w:t>Estado</w:t>
            </w:r>
          </w:p>
        </w:tc>
        <w:tc>
          <w:tcPr>
            <w:tcW w:type="dxa" w:w="5440"/>
          </w:tcPr>
          <w:p>
            <w:r>
              <w:t>Utilização recomendada, exceto nos países com regras específicas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o(s) nome(s) próprio(s) no campo do apelido e adicionar o título no campo do primeiro nome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JEREMY BROWN/MR</w:t>
            </w:r>
          </w:p>
        </w:tc>
      </w:tr>
      <w:tr>
        <w:tc>
          <w:tcPr>
            <w:tcW w:type="dxa" w:w="5440"/>
          </w:tcPr>
          <w:p>
            <w:r>
              <w:t>Estado</w:t>
            </w:r>
          </w:p>
        </w:tc>
        <w:tc>
          <w:tcPr>
            <w:tcW w:type="dxa" w:w="5440"/>
          </w:tcPr>
          <w:p>
            <w:r>
              <w:t>Aceite</w:t>
            </w:r>
          </w:p>
        </w:tc>
      </w:tr>
    </w:tbl>
    <w:p>
      <w:pPr>
        <w:pStyle w:val="Heading2"/>
      </w:pPr>
      <w:r>
        <w:t>AI – SEM NOME PRÓPRIO / PRIMEIRO NOME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Campo</w:t>
            </w:r>
          </w:p>
        </w:tc>
        <w:tc>
          <w:tcPr>
            <w:tcW w:type="dxa" w:w="5440"/>
          </w:tcPr>
          <w:p>
            <w:r>
              <w:t>Informação</w:t>
            </w:r>
          </w:p>
        </w:tc>
      </w:tr>
      <w:tr>
        <w:tc>
          <w:tcPr>
            <w:tcW w:type="dxa" w:w="5440"/>
          </w:tcPr>
          <w:p>
            <w:r>
              <w:t>Situação</w:t>
            </w:r>
          </w:p>
        </w:tc>
        <w:tc>
          <w:tcPr>
            <w:tcW w:type="dxa" w:w="5440"/>
          </w:tcPr>
          <w:p>
            <w:r>
              <w:t>Quando os nomes próprios (primeiro e do meio) não estão disponíveis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o apelido no campo do apelido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Introduzir FNU no campo do nome próprio</w:t>
            </w:r>
          </w:p>
        </w:tc>
      </w:tr>
      <w:tr>
        <w:tc>
          <w:tcPr>
            <w:tcW w:type="dxa" w:w="5440"/>
          </w:tcPr>
          <w:p>
            <w:r>
              <w:t>Formato 1</w:t>
            </w:r>
          </w:p>
        </w:tc>
        <w:tc>
          <w:tcPr>
            <w:tcW w:type="dxa" w:w="5440"/>
          </w:tcPr>
          <w:p>
            <w:r>
              <w:t>Seguido do título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JACK/FNU MRS</w:t>
            </w:r>
          </w:p>
        </w:tc>
      </w:tr>
      <w:tr>
        <w:tc>
          <w:tcPr>
            <w:tcW w:type="dxa" w:w="5440"/>
          </w:tcPr>
          <w:p>
            <w:r>
              <w:t>Estado</w:t>
            </w:r>
          </w:p>
        </w:tc>
        <w:tc>
          <w:tcPr>
            <w:tcW w:type="dxa" w:w="5440"/>
          </w:tcPr>
          <w:p>
            <w:r>
              <w:t>Utilização recomendada, exceto nos países com regras específicas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 nome próprio no campo do apelido</w:t>
            </w:r>
          </w:p>
        </w:tc>
      </w:tr>
      <w:tr>
        <w:tc>
          <w:tcPr>
            <w:tcW w:type="dxa" w:w="5440"/>
          </w:tcPr>
          <w:p>
            <w:r>
              <w:t>Formato 2</w:t>
            </w:r>
          </w:p>
        </w:tc>
        <w:tc>
          <w:tcPr>
            <w:tcW w:type="dxa" w:w="5440"/>
          </w:tcPr>
          <w:p>
            <w:r>
              <w:t>Introduzir o título no campo do primeiro nome</w:t>
            </w:r>
          </w:p>
        </w:tc>
      </w:tr>
      <w:tr>
        <w:tc>
          <w:tcPr>
            <w:tcW w:type="dxa" w:w="5440"/>
          </w:tcPr>
          <w:p>
            <w:r>
              <w:t>Exemplo</w:t>
            </w:r>
          </w:p>
        </w:tc>
        <w:tc>
          <w:tcPr>
            <w:tcW w:type="dxa" w:w="5440"/>
          </w:tcPr>
          <w:p>
            <w:r>
              <w:t>SMITH/MRS</w:t>
            </w:r>
          </w:p>
        </w:tc>
      </w:tr>
      <w:tr>
        <w:tc>
          <w:tcPr>
            <w:tcW w:type="dxa" w:w="5440"/>
          </w:tcPr>
          <w:p>
            <w:r>
              <w:t>Estado</w:t>
            </w:r>
          </w:p>
        </w:tc>
        <w:tc>
          <w:tcPr>
            <w:tcW w:type="dxa" w:w="5440"/>
          </w:tcPr>
          <w:p>
            <w:r>
              <w:t>Aceite</w:t>
            </w:r>
          </w:p>
        </w:tc>
      </w:tr>
    </w:tbl>
    <w:p>
      <w:pPr>
        <w:pStyle w:val="Heading2"/>
      </w:pPr>
      <w:r>
        <w:t>ALERTAS CRÍTICOS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Companhia aérea</w:t>
            </w:r>
          </w:p>
        </w:tc>
        <w:tc>
          <w:tcPr>
            <w:tcW w:type="dxa" w:w="5440"/>
          </w:tcPr>
          <w:p>
            <w:r>
              <w:t>Alerta</w:t>
            </w:r>
          </w:p>
        </w:tc>
      </w:tr>
      <w:tr>
        <w:tc>
          <w:tcPr>
            <w:tcW w:type="dxa" w:w="5440"/>
          </w:tcPr>
          <w:p>
            <w:r>
              <w:t>AF/KL</w:t>
            </w:r>
          </w:p>
        </w:tc>
        <w:tc>
          <w:tcPr>
            <w:tcW w:type="dxa" w:w="5440"/>
          </w:tcPr>
          <w:p>
            <w:r>
              <w:t>OSI obrigatório → PAX ONLY HAS FIRST NAME</w:t>
            </w:r>
          </w:p>
        </w:tc>
      </w:tr>
      <w:tr>
        <w:tc>
          <w:tcPr>
            <w:tcW w:type="dxa" w:w="5440"/>
          </w:tcPr>
          <w:p>
            <w:r>
              <w:t>AY</w:t>
            </w:r>
          </w:p>
        </w:tc>
        <w:tc>
          <w:tcPr>
            <w:tcW w:type="dxa" w:w="5440"/>
          </w:tcPr>
          <w:p>
            <w:r>
              <w:t>Apoio ao Agente para NDC + SR obrigatório</w:t>
            </w:r>
          </w:p>
        </w:tc>
      </w:tr>
      <w:tr>
        <w:tc>
          <w:tcPr>
            <w:tcW w:type="dxa" w:w="5440"/>
          </w:tcPr>
          <w:p>
            <w:r>
              <w:t>EY / AI</w:t>
            </w:r>
          </w:p>
        </w:tc>
        <w:tc>
          <w:tcPr>
            <w:tcW w:type="dxa" w:w="5440"/>
          </w:tcPr>
          <w:p>
            <w:r>
              <w:t>Recomendado vs. aceite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Operacional | Passageiros com um Único Nome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