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OPERATIONAL GUIDE | PASSENGERS WITH ONLY ONE NAME</w:t>
      </w:r>
    </w:p>
    <w:p>
      <w:r>
        <w:rPr>
          <w:b/>
        </w:rPr>
        <w:t>Consolidated Operational Document | Consolidador.com</w:t>
      </w:r>
    </w:p>
    <w:p>
      <w:pPr>
        <w:pStyle w:val="Heading2"/>
      </w:pPr>
      <w:r>
        <w:t>LEGEND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Code</w:t>
            </w:r>
          </w:p>
        </w:tc>
        <w:tc>
          <w:tcPr>
            <w:tcW w:type="dxa" w:w="5440"/>
          </w:tcPr>
          <w:p>
            <w:r>
              <w:t>Meaning</w:t>
            </w:r>
          </w:p>
        </w:tc>
      </w:tr>
      <w:tr>
        <w:tc>
          <w:tcPr>
            <w:tcW w:type="dxa" w:w="5440"/>
          </w:tcPr>
          <w:p>
            <w:r>
              <w:t>FNU</w:t>
            </w:r>
          </w:p>
        </w:tc>
        <w:tc>
          <w:tcPr>
            <w:tcW w:type="dxa" w:w="5440"/>
          </w:tcPr>
          <w:p>
            <w:r>
              <w:t>First Name Unknown</w:t>
            </w:r>
          </w:p>
        </w:tc>
      </w:tr>
      <w:tr>
        <w:tc>
          <w:tcPr>
            <w:tcW w:type="dxa" w:w="5440"/>
          </w:tcPr>
          <w:p>
            <w:r>
              <w:t>LNU</w:t>
            </w:r>
          </w:p>
        </w:tc>
        <w:tc>
          <w:tcPr>
            <w:tcW w:type="dxa" w:w="5440"/>
          </w:tcPr>
          <w:p>
            <w:r>
              <w:t>Last Name Unknown</w:t>
            </w:r>
          </w:p>
        </w:tc>
      </w:tr>
      <w:tr>
        <w:tc>
          <w:tcPr>
            <w:tcW w:type="dxa" w:w="5440"/>
          </w:tcPr>
          <w:p>
            <w:r>
              <w:t>OSI</w:t>
            </w:r>
          </w:p>
        </w:tc>
        <w:tc>
          <w:tcPr>
            <w:tcW w:type="dxa" w:w="5440"/>
          </w:tcPr>
          <w:p>
            <w:r>
              <w:t>Other Service Information</w:t>
            </w:r>
          </w:p>
        </w:tc>
      </w:tr>
      <w:tr>
        <w:tc>
          <w:tcPr>
            <w:tcW w:type="dxa" w:w="5440"/>
          </w:tcPr>
          <w:p>
            <w:r>
              <w:t>SR</w:t>
            </w:r>
          </w:p>
        </w:tc>
        <w:tc>
          <w:tcPr>
            <w:tcW w:type="dxa" w:w="5440"/>
          </w:tcPr>
          <w:p>
            <w:r>
              <w:t>Special Request</w:t>
            </w:r>
          </w:p>
        </w:tc>
      </w:tr>
      <w:tr>
        <w:tc>
          <w:tcPr>
            <w:tcW w:type="dxa" w:w="5440"/>
          </w:tcPr>
          <w:p>
            <w:r>
              <w:t>NDC</w:t>
            </w:r>
          </w:p>
        </w:tc>
        <w:tc>
          <w:tcPr>
            <w:tcW w:type="dxa" w:w="5440"/>
          </w:tcPr>
          <w:p>
            <w:r>
              <w:t>New Distribution Capability</w:t>
            </w:r>
          </w:p>
        </w:tc>
      </w:tr>
      <w:tr>
        <w:tc>
          <w:tcPr>
            <w:tcW w:type="dxa" w:w="5440"/>
          </w:tcPr>
          <w:p>
            <w:r>
              <w:t>EDIFACT</w:t>
            </w:r>
          </w:p>
        </w:tc>
        <w:tc>
          <w:tcPr>
            <w:tcW w:type="dxa" w:w="5440"/>
          </w:tcPr>
          <w:p>
            <w:r>
              <w:t>Airline Messaging Standard</w:t>
            </w:r>
          </w:p>
        </w:tc>
      </w:tr>
    </w:tbl>
    <w:p>
      <w:pPr>
        <w:pStyle w:val="Heading2"/>
      </w:pPr>
      <w:r>
        <w:t>MASTER OPERATIONAL 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76"/>
        <w:gridCol w:w="2176"/>
        <w:gridCol w:w="2176"/>
        <w:gridCol w:w="2176"/>
        <w:gridCol w:w="2176"/>
      </w:tblGrid>
      <w:tr>
        <w:tc>
          <w:tcPr>
            <w:tcW w:type="dxa" w:w="2176"/>
          </w:tcPr>
          <w:p>
            <w:r>
              <w:t>Airline</w:t>
            </w:r>
          </w:p>
        </w:tc>
        <w:tc>
          <w:tcPr>
            <w:tcW w:type="dxa" w:w="2176"/>
          </w:tcPr>
          <w:p>
            <w:r>
              <w:t>No Given Name</w:t>
            </w:r>
          </w:p>
        </w:tc>
        <w:tc>
          <w:tcPr>
            <w:tcW w:type="dxa" w:w="2176"/>
          </w:tcPr>
          <w:p>
            <w:r>
              <w:t>No Last Name</w:t>
            </w:r>
          </w:p>
        </w:tc>
        <w:tc>
          <w:tcPr>
            <w:tcW w:type="dxa" w:w="2176"/>
          </w:tcPr>
          <w:p>
            <w:r>
              <w:t>Mandatory</w:t>
            </w:r>
          </w:p>
        </w:tc>
        <w:tc>
          <w:tcPr>
            <w:tcW w:type="dxa" w:w="2176"/>
          </w:tcPr>
          <w:p>
            <w:r>
              <w:t>Special Cases</w:t>
            </w:r>
          </w:p>
        </w:tc>
      </w:tr>
      <w:tr>
        <w:tc>
          <w:tcPr>
            <w:tcW w:type="dxa" w:w="2176"/>
          </w:tcPr>
          <w:p>
            <w:r>
              <w:t>TK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—</w:t>
            </w:r>
          </w:p>
        </w:tc>
        <w:tc>
          <w:tcPr>
            <w:tcW w:type="dxa" w:w="2176"/>
          </w:tcPr>
          <w:p>
            <w:r>
              <w:t>—</w:t>
            </w:r>
          </w:p>
        </w:tc>
      </w:tr>
      <w:tr>
        <w:tc>
          <w:tcPr>
            <w:tcW w:type="dxa" w:w="2176"/>
          </w:tcPr>
          <w:p>
            <w:r>
              <w:t>EY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—</w:t>
            </w:r>
          </w:p>
        </w:tc>
        <w:tc>
          <w:tcPr>
            <w:tcW w:type="dxa" w:w="2176"/>
          </w:tcPr>
          <w:p>
            <w:r>
              <w:t>YES</w:t>
            </w:r>
          </w:p>
        </w:tc>
      </w:tr>
      <w:tr>
        <w:tc>
          <w:tcPr>
            <w:tcW w:type="dxa" w:w="2176"/>
          </w:tcPr>
          <w:p>
            <w:r>
              <w:t>EK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—</w:t>
            </w:r>
          </w:p>
        </w:tc>
        <w:tc>
          <w:tcPr>
            <w:tcW w:type="dxa" w:w="2176"/>
          </w:tcPr>
          <w:p>
            <w:r>
              <w:t>—</w:t>
            </w:r>
          </w:p>
        </w:tc>
      </w:tr>
      <w:tr>
        <w:tc>
          <w:tcPr>
            <w:tcW w:type="dxa" w:w="2176"/>
          </w:tcPr>
          <w:p>
            <w:r>
              <w:t>QR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—</w:t>
            </w:r>
          </w:p>
        </w:tc>
        <w:tc>
          <w:tcPr>
            <w:tcW w:type="dxa" w:w="2176"/>
          </w:tcPr>
          <w:p>
            <w:r>
              <w:t>—</w:t>
            </w:r>
          </w:p>
        </w:tc>
      </w:tr>
      <w:tr>
        <w:tc>
          <w:tcPr>
            <w:tcW w:type="dxa" w:w="2176"/>
          </w:tcPr>
          <w:p>
            <w:r>
              <w:t>LH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—</w:t>
            </w:r>
          </w:p>
        </w:tc>
        <w:tc>
          <w:tcPr>
            <w:tcW w:type="dxa" w:w="2176"/>
          </w:tcPr>
          <w:p>
            <w:r>
              <w:t>—</w:t>
            </w:r>
          </w:p>
        </w:tc>
      </w:tr>
      <w:tr>
        <w:tc>
          <w:tcPr>
            <w:tcW w:type="dxa" w:w="2176"/>
          </w:tcPr>
          <w:p>
            <w:r>
              <w:t>AF/KL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OSI</w:t>
            </w:r>
          </w:p>
        </w:tc>
        <w:tc>
          <w:tcPr>
            <w:tcW w:type="dxa" w:w="2176"/>
          </w:tcPr>
          <w:p>
            <w:r>
              <w:t>—</w:t>
            </w:r>
          </w:p>
        </w:tc>
      </w:tr>
      <w:tr>
        <w:tc>
          <w:tcPr>
            <w:tcW w:type="dxa" w:w="2176"/>
          </w:tcPr>
          <w:p>
            <w:r>
              <w:t>AY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SR</w:t>
            </w:r>
          </w:p>
        </w:tc>
        <w:tc>
          <w:tcPr>
            <w:tcW w:type="dxa" w:w="2176"/>
          </w:tcPr>
          <w:p>
            <w:r>
              <w:t>YES</w:t>
            </w:r>
          </w:p>
        </w:tc>
      </w:tr>
      <w:tr>
        <w:tc>
          <w:tcPr>
            <w:tcW w:type="dxa" w:w="2176"/>
          </w:tcPr>
          <w:p>
            <w:r>
              <w:t>AI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YES</w:t>
            </w:r>
          </w:p>
        </w:tc>
        <w:tc>
          <w:tcPr>
            <w:tcW w:type="dxa" w:w="2176"/>
          </w:tcPr>
          <w:p>
            <w:r>
              <w:t>—</w:t>
            </w:r>
          </w:p>
        </w:tc>
        <w:tc>
          <w:tcPr>
            <w:tcW w:type="dxa" w:w="2176"/>
          </w:tcPr>
          <w:p>
            <w:r>
              <w:t>YES</w:t>
            </w:r>
          </w:p>
        </w:tc>
      </w:tr>
    </w:tbl>
    <w:p>
      <w:pPr>
        <w:pStyle w:val="Heading2"/>
      </w:pPr>
      <w:r>
        <w:t>TK – TURKISH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NO GIVEN NAME</w:t>
            </w:r>
          </w:p>
        </w:tc>
        <w:tc>
          <w:tcPr>
            <w:tcW w:type="dxa" w:w="5440"/>
          </w:tcPr>
          <w:p>
            <w:r>
              <w:t>FNU (first name unknown)</w:t>
            </w:r>
          </w:p>
        </w:tc>
      </w:tr>
      <w:tr>
        <w:tc>
          <w:tcPr>
            <w:tcW w:type="dxa" w:w="5440"/>
          </w:tcPr>
          <w:p>
            <w:r>
              <w:t>Format</w:t>
            </w:r>
          </w:p>
        </w:tc>
        <w:tc>
          <w:tcPr>
            <w:tcW w:type="dxa" w:w="5440"/>
          </w:tcPr>
          <w:p>
            <w:r>
              <w:t>FERREIRA/FNU MRS</w:t>
            </w:r>
          </w:p>
        </w:tc>
      </w:tr>
      <w:tr>
        <w:tc>
          <w:tcPr>
            <w:tcW w:type="dxa" w:w="5440"/>
          </w:tcPr>
          <w:p>
            <w:r>
              <w:t>NO LAST NAME</w:t>
            </w:r>
          </w:p>
        </w:tc>
        <w:tc>
          <w:tcPr>
            <w:tcW w:type="dxa" w:w="5440"/>
          </w:tcPr>
          <w:p>
            <w:r>
              <w:t>LNU (last name unknown)</w:t>
            </w:r>
          </w:p>
        </w:tc>
      </w:tr>
      <w:tr>
        <w:tc>
          <w:tcPr>
            <w:tcW w:type="dxa" w:w="5440"/>
          </w:tcPr>
          <w:p>
            <w:r>
              <w:t>Format</w:t>
            </w:r>
          </w:p>
        </w:tc>
        <w:tc>
          <w:tcPr>
            <w:tcW w:type="dxa" w:w="5440"/>
          </w:tcPr>
          <w:p>
            <w:r>
              <w:t>LNU/TANIA MRS</w:t>
            </w:r>
          </w:p>
        </w:tc>
      </w:tr>
    </w:tbl>
    <w:p>
      <w:pPr>
        <w:pStyle w:val="Heading2"/>
      </w:pPr>
      <w:r>
        <w:t>EY – ETIHAD STANDARD RULE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NO GIVEN NAME</w:t>
            </w:r>
          </w:p>
        </w:tc>
        <w:tc>
          <w:tcPr>
            <w:tcW w:type="dxa" w:w="5440"/>
          </w:tcPr>
          <w:p>
            <w:r>
              <w:t>TANIA/FNU MRS</w:t>
            </w:r>
          </w:p>
        </w:tc>
      </w:tr>
      <w:tr>
        <w:tc>
          <w:tcPr>
            <w:tcW w:type="dxa" w:w="5440"/>
          </w:tcPr>
          <w:p>
            <w:r>
              <w:t>Alternative</w:t>
            </w:r>
          </w:p>
        </w:tc>
        <w:tc>
          <w:tcPr>
            <w:tcW w:type="dxa" w:w="5440"/>
          </w:tcPr>
          <w:p>
            <w:r>
              <w:t>TANIA/MRS</w:t>
            </w:r>
          </w:p>
        </w:tc>
      </w:tr>
      <w:tr>
        <w:tc>
          <w:tcPr>
            <w:tcW w:type="dxa" w:w="5440"/>
          </w:tcPr>
          <w:p>
            <w:r>
              <w:t>NO LAST NAME</w:t>
            </w:r>
          </w:p>
        </w:tc>
        <w:tc>
          <w:tcPr>
            <w:tcW w:type="dxa" w:w="5440"/>
          </w:tcPr>
          <w:p>
            <w:r>
              <w:t>FERREIRA/FNU MRS</w:t>
            </w:r>
          </w:p>
        </w:tc>
      </w:tr>
      <w:tr>
        <w:tc>
          <w:tcPr>
            <w:tcW w:type="dxa" w:w="5440"/>
          </w:tcPr>
          <w:p>
            <w:r>
              <w:t>Alternative</w:t>
            </w:r>
          </w:p>
        </w:tc>
        <w:tc>
          <w:tcPr>
            <w:tcW w:type="dxa" w:w="5440"/>
          </w:tcPr>
          <w:p>
            <w:r>
              <w:t>FERREIRA/MRS</w:t>
            </w:r>
          </w:p>
        </w:tc>
      </w:tr>
    </w:tbl>
    <w:p>
      <w:pPr>
        <w:pStyle w:val="Heading2"/>
      </w:pPr>
      <w:r>
        <w:t>EY – NO FAMILY NAME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Scenario</w:t>
            </w:r>
          </w:p>
        </w:tc>
        <w:tc>
          <w:tcPr>
            <w:tcW w:type="dxa" w:w="5440"/>
          </w:tcPr>
          <w:p>
            <w:r>
              <w:t>When the surname is not available</w:t>
            </w:r>
          </w:p>
        </w:tc>
      </w:tr>
      <w:tr>
        <w:tc>
          <w:tcPr>
            <w:tcW w:type="dxa" w:w="5440"/>
          </w:tcPr>
          <w:p>
            <w:r>
              <w:t>Rule</w:t>
            </w:r>
          </w:p>
        </w:tc>
        <w:tc>
          <w:tcPr>
            <w:tcW w:type="dxa" w:w="5440"/>
          </w:tcPr>
          <w:p>
            <w:r>
              <w:t>Update the name using one of the following formats</w:t>
            </w:r>
          </w:p>
        </w:tc>
      </w:tr>
      <w:tr>
        <w:tc>
          <w:tcPr>
            <w:tcW w:type="dxa" w:w="5440"/>
          </w:tcPr>
          <w:p>
            <w:r>
              <w:t>Format 1</w:t>
            </w:r>
          </w:p>
        </w:tc>
        <w:tc>
          <w:tcPr>
            <w:tcW w:type="dxa" w:w="5440"/>
          </w:tcPr>
          <w:p>
            <w:r>
              <w:t>Enter the given name in the last name field</w:t>
            </w:r>
          </w:p>
        </w:tc>
      </w:tr>
      <w:tr>
        <w:tc>
          <w:tcPr>
            <w:tcW w:type="dxa" w:w="5440"/>
          </w:tcPr>
          <w:p>
            <w:r>
              <w:t>Format 1</w:t>
            </w:r>
          </w:p>
        </w:tc>
        <w:tc>
          <w:tcPr>
            <w:tcW w:type="dxa" w:w="5440"/>
          </w:tcPr>
          <w:p>
            <w:r>
              <w:t>Enter the given name as FNU (First Name Unknown)</w:t>
            </w:r>
          </w:p>
        </w:tc>
      </w:tr>
      <w:tr>
        <w:tc>
          <w:tcPr>
            <w:tcW w:type="dxa" w:w="5440"/>
          </w:tcPr>
          <w:p>
            <w:r>
              <w:t>Format 1</w:t>
            </w:r>
          </w:p>
        </w:tc>
        <w:tc>
          <w:tcPr>
            <w:tcW w:type="dxa" w:w="5440"/>
          </w:tcPr>
          <w:p>
            <w:r>
              <w:t>Followed by title</w:t>
            </w:r>
          </w:p>
        </w:tc>
      </w:tr>
      <w:tr>
        <w:tc>
          <w:tcPr>
            <w:tcW w:type="dxa" w:w="5440"/>
          </w:tcPr>
          <w:p>
            <w:r>
              <w:t>Critical note</w:t>
            </w:r>
          </w:p>
        </w:tc>
        <w:tc>
          <w:tcPr>
            <w:tcW w:type="dxa" w:w="5440"/>
          </w:tcPr>
          <w:p>
            <w:r>
              <w:t>LNU must not be used in the name field</w:t>
            </w:r>
          </w:p>
        </w:tc>
      </w:tr>
      <w:tr>
        <w:tc>
          <w:tcPr>
            <w:tcW w:type="dxa" w:w="5440"/>
          </w:tcPr>
          <w:p>
            <w:r>
              <w:t>Example</w:t>
            </w:r>
          </w:p>
        </w:tc>
        <w:tc>
          <w:tcPr>
            <w:tcW w:type="dxa" w:w="5440"/>
          </w:tcPr>
          <w:p>
            <w:r>
              <w:t>HABEEB MOHAMMAD/FNU MR</w:t>
            </w:r>
          </w:p>
        </w:tc>
      </w:tr>
      <w:tr>
        <w:tc>
          <w:tcPr>
            <w:tcW w:type="dxa" w:w="5440"/>
          </w:tcPr>
          <w:p>
            <w:r>
              <w:t>Format 2</w:t>
            </w:r>
          </w:p>
        </w:tc>
        <w:tc>
          <w:tcPr>
            <w:tcW w:type="dxa" w:w="5440"/>
          </w:tcPr>
          <w:p>
            <w:r>
              <w:t>Enter the given name(s) in the last name field and add a title in the first name field</w:t>
            </w:r>
          </w:p>
        </w:tc>
      </w:tr>
      <w:tr>
        <w:tc>
          <w:tcPr>
            <w:tcW w:type="dxa" w:w="5440"/>
          </w:tcPr>
          <w:p>
            <w:r>
              <w:t>Status</w:t>
            </w:r>
          </w:p>
        </w:tc>
        <w:tc>
          <w:tcPr>
            <w:tcW w:type="dxa" w:w="5440"/>
          </w:tcPr>
          <w:p>
            <w:r>
              <w:t>Accepted by Etihad Airways</w:t>
            </w:r>
          </w:p>
        </w:tc>
      </w:tr>
      <w:tr>
        <w:tc>
          <w:tcPr>
            <w:tcW w:type="dxa" w:w="5440"/>
          </w:tcPr>
          <w:p>
            <w:r>
              <w:t>Example</w:t>
            </w:r>
          </w:p>
        </w:tc>
        <w:tc>
          <w:tcPr>
            <w:tcW w:type="dxa" w:w="5440"/>
          </w:tcPr>
          <w:p>
            <w:r>
              <w:t>HABEEB MOHAMMED/MR</w:t>
            </w:r>
          </w:p>
        </w:tc>
      </w:tr>
    </w:tbl>
    <w:p>
      <w:pPr>
        <w:pStyle w:val="Heading2"/>
      </w:pPr>
      <w:r>
        <w:t>EY – NO GIVEN / FIRST NAME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Scenario</w:t>
            </w:r>
          </w:p>
        </w:tc>
        <w:tc>
          <w:tcPr>
            <w:tcW w:type="dxa" w:w="5440"/>
          </w:tcPr>
          <w:p>
            <w:r>
              <w:t>When the given names (first and middle) are not available</w:t>
            </w:r>
          </w:p>
        </w:tc>
      </w:tr>
      <w:tr>
        <w:tc>
          <w:tcPr>
            <w:tcW w:type="dxa" w:w="5440"/>
          </w:tcPr>
          <w:p>
            <w:r>
              <w:t>Format 1</w:t>
            </w:r>
          </w:p>
        </w:tc>
        <w:tc>
          <w:tcPr>
            <w:tcW w:type="dxa" w:w="5440"/>
          </w:tcPr>
          <w:p>
            <w:r>
              <w:t>Enter surname in last name field</w:t>
            </w:r>
          </w:p>
        </w:tc>
      </w:tr>
      <w:tr>
        <w:tc>
          <w:tcPr>
            <w:tcW w:type="dxa" w:w="5440"/>
          </w:tcPr>
          <w:p>
            <w:r>
              <w:t>Format 1</w:t>
            </w:r>
          </w:p>
        </w:tc>
        <w:tc>
          <w:tcPr>
            <w:tcW w:type="dxa" w:w="5440"/>
          </w:tcPr>
          <w:p>
            <w:r>
              <w:t>Update given name as FNU</w:t>
            </w:r>
          </w:p>
        </w:tc>
      </w:tr>
      <w:tr>
        <w:tc>
          <w:tcPr>
            <w:tcW w:type="dxa" w:w="5440"/>
          </w:tcPr>
          <w:p>
            <w:r>
              <w:t>Format 1</w:t>
            </w:r>
          </w:p>
        </w:tc>
        <w:tc>
          <w:tcPr>
            <w:tcW w:type="dxa" w:w="5440"/>
          </w:tcPr>
          <w:p>
            <w:r>
              <w:t>Followed by title</w:t>
            </w:r>
          </w:p>
        </w:tc>
      </w:tr>
      <w:tr>
        <w:tc>
          <w:tcPr>
            <w:tcW w:type="dxa" w:w="5440"/>
          </w:tcPr>
          <w:p>
            <w:r>
              <w:t>Example</w:t>
            </w:r>
          </w:p>
        </w:tc>
        <w:tc>
          <w:tcPr>
            <w:tcW w:type="dxa" w:w="5440"/>
          </w:tcPr>
          <w:p>
            <w:r>
              <w:t>JACK/FNU MRS</w:t>
            </w:r>
          </w:p>
        </w:tc>
      </w:tr>
      <w:tr>
        <w:tc>
          <w:tcPr>
            <w:tcW w:type="dxa" w:w="5440"/>
          </w:tcPr>
          <w:p>
            <w:r>
              <w:t>Format 2</w:t>
            </w:r>
          </w:p>
        </w:tc>
        <w:tc>
          <w:tcPr>
            <w:tcW w:type="dxa" w:w="5440"/>
          </w:tcPr>
          <w:p>
            <w:r>
              <w:t>Enter given name in last name field</w:t>
            </w:r>
          </w:p>
        </w:tc>
      </w:tr>
      <w:tr>
        <w:tc>
          <w:tcPr>
            <w:tcW w:type="dxa" w:w="5440"/>
          </w:tcPr>
          <w:p>
            <w:r>
              <w:t>Format 2</w:t>
            </w:r>
          </w:p>
        </w:tc>
        <w:tc>
          <w:tcPr>
            <w:tcW w:type="dxa" w:w="5440"/>
          </w:tcPr>
          <w:p>
            <w:r>
              <w:t>Update title in first name field</w:t>
            </w:r>
          </w:p>
        </w:tc>
      </w:tr>
      <w:tr>
        <w:tc>
          <w:tcPr>
            <w:tcW w:type="dxa" w:w="5440"/>
          </w:tcPr>
          <w:p>
            <w:r>
              <w:t>Example</w:t>
            </w:r>
          </w:p>
        </w:tc>
        <w:tc>
          <w:tcPr>
            <w:tcW w:type="dxa" w:w="5440"/>
          </w:tcPr>
          <w:p>
            <w:r>
              <w:t>SMITH/MRS</w:t>
            </w:r>
          </w:p>
        </w:tc>
      </w:tr>
    </w:tbl>
    <w:p>
      <w:pPr>
        <w:pStyle w:val="Heading2"/>
      </w:pPr>
      <w:r>
        <w:t>EK – EMIRATES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NO GIVEN NAME</w:t>
            </w:r>
          </w:p>
        </w:tc>
        <w:tc>
          <w:tcPr>
            <w:tcW w:type="dxa" w:w="5440"/>
          </w:tcPr>
          <w:p>
            <w:r>
              <w:t>FERREIRA/FNU MRS</w:t>
            </w:r>
          </w:p>
        </w:tc>
      </w:tr>
      <w:tr>
        <w:tc>
          <w:tcPr>
            <w:tcW w:type="dxa" w:w="5440"/>
          </w:tcPr>
          <w:p>
            <w:r>
              <w:t>NO LAST NAME</w:t>
            </w:r>
          </w:p>
        </w:tc>
        <w:tc>
          <w:tcPr>
            <w:tcW w:type="dxa" w:w="5440"/>
          </w:tcPr>
          <w:p>
            <w:r>
              <w:t>TANIA/FNU MRS</w:t>
            </w:r>
          </w:p>
        </w:tc>
      </w:tr>
    </w:tbl>
    <w:p>
      <w:pPr>
        <w:pStyle w:val="Heading2"/>
      </w:pPr>
      <w:r>
        <w:t>QR – QATAR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NO GIVEN NAME</w:t>
            </w:r>
          </w:p>
        </w:tc>
        <w:tc>
          <w:tcPr>
            <w:tcW w:type="dxa" w:w="5440"/>
          </w:tcPr>
          <w:p>
            <w:r>
              <w:t>FERREIRA/FNU</w:t>
            </w:r>
          </w:p>
        </w:tc>
      </w:tr>
      <w:tr>
        <w:tc>
          <w:tcPr>
            <w:tcW w:type="dxa" w:w="5440"/>
          </w:tcPr>
          <w:p>
            <w:r>
              <w:t>Alternative</w:t>
            </w:r>
          </w:p>
        </w:tc>
        <w:tc>
          <w:tcPr>
            <w:tcW w:type="dxa" w:w="5440"/>
          </w:tcPr>
          <w:p>
            <w:r>
              <w:t>FERREIRA/MRS</w:t>
            </w:r>
          </w:p>
        </w:tc>
      </w:tr>
      <w:tr>
        <w:tc>
          <w:tcPr>
            <w:tcW w:type="dxa" w:w="5440"/>
          </w:tcPr>
          <w:p>
            <w:r>
              <w:t>NO LAST NAME</w:t>
            </w:r>
          </w:p>
        </w:tc>
        <w:tc>
          <w:tcPr>
            <w:tcW w:type="dxa" w:w="5440"/>
          </w:tcPr>
          <w:p>
            <w:r>
              <w:t>LNU/TANIA MRS</w:t>
            </w:r>
          </w:p>
        </w:tc>
      </w:tr>
      <w:tr>
        <w:tc>
          <w:tcPr>
            <w:tcW w:type="dxa" w:w="5440"/>
          </w:tcPr>
          <w:p>
            <w:r>
              <w:t>Alternative</w:t>
            </w:r>
          </w:p>
        </w:tc>
        <w:tc>
          <w:tcPr>
            <w:tcW w:type="dxa" w:w="5440"/>
          </w:tcPr>
          <w:p>
            <w:r>
              <w:t>TANIA/MRS</w:t>
            </w:r>
          </w:p>
        </w:tc>
      </w:tr>
    </w:tbl>
    <w:p>
      <w:pPr>
        <w:pStyle w:val="Heading2"/>
      </w:pPr>
      <w:r>
        <w:t>LH – LUFTHANSA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NO GIVEN NAME</w:t>
            </w:r>
          </w:p>
        </w:tc>
        <w:tc>
          <w:tcPr>
            <w:tcW w:type="dxa" w:w="5440"/>
          </w:tcPr>
          <w:p>
            <w:r>
              <w:t>FERREIRA/FNU MRS</w:t>
            </w:r>
          </w:p>
        </w:tc>
      </w:tr>
      <w:tr>
        <w:tc>
          <w:tcPr>
            <w:tcW w:type="dxa" w:w="5440"/>
          </w:tcPr>
          <w:p>
            <w:r>
              <w:t>NO LAST NAME</w:t>
            </w:r>
          </w:p>
        </w:tc>
        <w:tc>
          <w:tcPr>
            <w:tcW w:type="dxa" w:w="5440"/>
          </w:tcPr>
          <w:p>
            <w:r>
              <w:t>TANIA/FNU MRS</w:t>
            </w:r>
          </w:p>
        </w:tc>
      </w:tr>
    </w:tbl>
    <w:p>
      <w:pPr>
        <w:pStyle w:val="Heading2"/>
      </w:pPr>
      <w:r>
        <w:t>AF – AIR FRANCE / KLM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NO GIVEN NAME</w:t>
            </w:r>
          </w:p>
        </w:tc>
        <w:tc>
          <w:tcPr>
            <w:tcW w:type="dxa" w:w="5440"/>
          </w:tcPr>
          <w:p>
            <w:r>
              <w:t>FERREIRA/FNU MRS</w:t>
            </w:r>
          </w:p>
        </w:tc>
      </w:tr>
      <w:tr>
        <w:tc>
          <w:tcPr>
            <w:tcW w:type="dxa" w:w="5440"/>
          </w:tcPr>
          <w:p>
            <w:r>
              <w:t>NO LAST NAME</w:t>
            </w:r>
          </w:p>
        </w:tc>
        <w:tc>
          <w:tcPr>
            <w:tcW w:type="dxa" w:w="5440"/>
          </w:tcPr>
          <w:p>
            <w:r>
              <w:t>TANIA/FNU MRS</w:t>
            </w:r>
          </w:p>
        </w:tc>
      </w:tr>
      <w:tr>
        <w:tc>
          <w:tcPr>
            <w:tcW w:type="dxa" w:w="5440"/>
          </w:tcPr>
          <w:p>
            <w:r>
              <w:t>MANDATORY</w:t>
            </w:r>
          </w:p>
        </w:tc>
        <w:tc>
          <w:tcPr>
            <w:tcW w:type="dxa" w:w="5440"/>
          </w:tcPr>
          <w:p>
            <w:r>
              <w:t>Add OSI</w:t>
            </w:r>
          </w:p>
        </w:tc>
      </w:tr>
      <w:tr>
        <w:tc>
          <w:tcPr>
            <w:tcW w:type="dxa" w:w="5440"/>
          </w:tcPr>
          <w:p>
            <w:r>
              <w:t>OSI</w:t>
            </w:r>
          </w:p>
        </w:tc>
        <w:tc>
          <w:tcPr>
            <w:tcW w:type="dxa" w:w="5440"/>
          </w:tcPr>
          <w:p>
            <w:r>
              <w:t>PAX ONLY HAS FIRST NAME</w:t>
            </w:r>
          </w:p>
        </w:tc>
      </w:tr>
    </w:tbl>
    <w:p>
      <w:pPr>
        <w:pStyle w:val="Heading2"/>
      </w:pPr>
      <w:r>
        <w:t>AY – FINNAIR STANDARD RULE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NO GIVEN NAME</w:t>
            </w:r>
          </w:p>
        </w:tc>
        <w:tc>
          <w:tcPr>
            <w:tcW w:type="dxa" w:w="5440"/>
          </w:tcPr>
          <w:p>
            <w:r>
              <w:t>FNU (first name unknown)</w:t>
            </w:r>
          </w:p>
        </w:tc>
      </w:tr>
      <w:tr>
        <w:tc>
          <w:tcPr>
            <w:tcW w:type="dxa" w:w="5440"/>
          </w:tcPr>
          <w:p>
            <w:r>
              <w:t>Format</w:t>
            </w:r>
          </w:p>
        </w:tc>
        <w:tc>
          <w:tcPr>
            <w:tcW w:type="dxa" w:w="5440"/>
          </w:tcPr>
          <w:p>
            <w:r>
              <w:t>FERREIRA/FNU MRS</w:t>
            </w:r>
          </w:p>
        </w:tc>
      </w:tr>
      <w:tr>
        <w:tc>
          <w:tcPr>
            <w:tcW w:type="dxa" w:w="5440"/>
          </w:tcPr>
          <w:p>
            <w:r>
              <w:t>NO LAST NAME</w:t>
            </w:r>
          </w:p>
        </w:tc>
        <w:tc>
          <w:tcPr>
            <w:tcW w:type="dxa" w:w="5440"/>
          </w:tcPr>
          <w:p>
            <w:r>
              <w:t>LNU (last name unknown)</w:t>
            </w:r>
          </w:p>
        </w:tc>
      </w:tr>
      <w:tr>
        <w:tc>
          <w:tcPr>
            <w:tcW w:type="dxa" w:w="5440"/>
          </w:tcPr>
          <w:p>
            <w:r>
              <w:t>Format</w:t>
            </w:r>
          </w:p>
        </w:tc>
        <w:tc>
          <w:tcPr>
            <w:tcW w:type="dxa" w:w="5440"/>
          </w:tcPr>
          <w:p>
            <w:r>
              <w:t>LNU/TANIA MRS</w:t>
            </w:r>
          </w:p>
        </w:tc>
      </w:tr>
      <w:tr>
        <w:tc>
          <w:tcPr>
            <w:tcW w:type="dxa" w:w="5440"/>
          </w:tcPr>
          <w:p>
            <w:r>
              <w:t>ONE LETTER FAMILY NAME</w:t>
            </w:r>
          </w:p>
        </w:tc>
        <w:tc>
          <w:tcPr>
            <w:tcW w:type="dxa" w:w="5440"/>
          </w:tcPr>
          <w:p>
            <w:r>
              <w:t>Y MRS/TANIA MRS</w:t>
            </w:r>
          </w:p>
        </w:tc>
      </w:tr>
      <w:tr>
        <w:tc>
          <w:tcPr>
            <w:tcW w:type="dxa" w:w="5440"/>
          </w:tcPr>
          <w:p>
            <w:r>
              <w:t>Note</w:t>
            </w:r>
          </w:p>
        </w:tc>
        <w:tc>
          <w:tcPr>
            <w:tcW w:type="dxa" w:w="5440"/>
          </w:tcPr>
          <w:p>
            <w:r>
              <w:t>(family name is "Y")</w:t>
            </w:r>
          </w:p>
        </w:tc>
      </w:tr>
      <w:tr>
        <w:tc>
          <w:tcPr>
            <w:tcW w:type="dxa" w:w="5440"/>
          </w:tcPr>
          <w:p>
            <w:r>
              <w:t>MANDATORY</w:t>
            </w:r>
          </w:p>
        </w:tc>
        <w:tc>
          <w:tcPr>
            <w:tcW w:type="dxa" w:w="5440"/>
          </w:tcPr>
          <w:p>
            <w:r>
              <w:t>Add SR</w:t>
            </w:r>
          </w:p>
        </w:tc>
      </w:tr>
      <w:tr>
        <w:tc>
          <w:tcPr>
            <w:tcW w:type="dxa" w:w="5440"/>
          </w:tcPr>
          <w:p>
            <w:r>
              <w:t>SR</w:t>
            </w:r>
          </w:p>
        </w:tc>
        <w:tc>
          <w:tcPr>
            <w:tcW w:type="dxa" w:w="5440"/>
          </w:tcPr>
          <w:p>
            <w:r>
              <w:t>SR CKIN AY HN1 PSGR NO LAST NAME/S1-4</w:t>
            </w:r>
          </w:p>
        </w:tc>
      </w:tr>
      <w:tr>
        <w:tc>
          <w:tcPr>
            <w:tcW w:type="dxa" w:w="5440"/>
          </w:tcPr>
          <w:p>
            <w:r>
              <w:t>SR</w:t>
            </w:r>
          </w:p>
        </w:tc>
        <w:tc>
          <w:tcPr>
            <w:tcW w:type="dxa" w:w="5440"/>
          </w:tcPr>
          <w:p>
            <w:r>
              <w:t>SR CKIN AY HN1 PSGR NO FIRST NAME/S1-4</w:t>
            </w:r>
          </w:p>
        </w:tc>
      </w:tr>
    </w:tbl>
    <w:p>
      <w:pPr>
        <w:pStyle w:val="Heading2"/>
      </w:pPr>
      <w:r>
        <w:t>AY – SPECIAL CASES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Rule</w:t>
            </w:r>
          </w:p>
        </w:tc>
        <w:tc>
          <w:tcPr>
            <w:tcW w:type="dxa" w:w="5440"/>
          </w:tcPr>
          <w:p>
            <w:r>
              <w:t>When a passenger has only one name in the passport, enter the name by choosing correct option below</w:t>
            </w:r>
          </w:p>
        </w:tc>
      </w:tr>
    </w:tbl>
    <w:p>
      <w:pPr>
        <w:pStyle w:val="Heading2"/>
      </w:pPr>
      <w:r>
        <w:t>AY – LAST NAME UNKNOWN (LNU)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Format</w:t>
            </w:r>
          </w:p>
        </w:tc>
        <w:tc>
          <w:tcPr>
            <w:tcW w:type="dxa" w:w="5440"/>
          </w:tcPr>
          <w:p>
            <w:r>
              <w:t>LNU/ELISABETH MS</w:t>
            </w:r>
          </w:p>
        </w:tc>
      </w:tr>
      <w:tr>
        <w:tc>
          <w:tcPr>
            <w:tcW w:type="dxa" w:w="5440"/>
          </w:tcPr>
          <w:p>
            <w:r>
              <w:t>Application</w:t>
            </w:r>
          </w:p>
        </w:tc>
        <w:tc>
          <w:tcPr>
            <w:tcW w:type="dxa" w:w="5440"/>
          </w:tcPr>
          <w:p>
            <w:r>
              <w:t>(if there is no name in the last name field of the passport)</w:t>
            </w:r>
          </w:p>
        </w:tc>
      </w:tr>
      <w:tr>
        <w:tc>
          <w:tcPr>
            <w:tcW w:type="dxa" w:w="5440"/>
          </w:tcPr>
          <w:p>
            <w:r>
              <w:t>NDC</w:t>
            </w:r>
          </w:p>
        </w:tc>
        <w:tc>
          <w:tcPr>
            <w:tcW w:type="dxa" w:w="5440"/>
          </w:tcPr>
          <w:p>
            <w:r>
              <w:t>For NDC bookings, as it is not possible to add SR element via NDC channels, please contact our Agent Help Desk to add SR element to the booking</w:t>
            </w:r>
          </w:p>
        </w:tc>
      </w:tr>
      <w:tr>
        <w:tc>
          <w:tcPr>
            <w:tcW w:type="dxa" w:w="5440"/>
          </w:tcPr>
          <w:p>
            <w:r>
              <w:t>EDIFACT</w:t>
            </w:r>
          </w:p>
        </w:tc>
        <w:tc>
          <w:tcPr>
            <w:tcW w:type="dxa" w:w="5440"/>
          </w:tcPr>
          <w:p>
            <w:r>
              <w:t>For Edifact bookings, add the SR check-in</w:t>
            </w:r>
          </w:p>
        </w:tc>
      </w:tr>
      <w:tr>
        <w:tc>
          <w:tcPr>
            <w:tcW w:type="dxa" w:w="5440"/>
          </w:tcPr>
          <w:p>
            <w:r>
              <w:t>SR</w:t>
            </w:r>
          </w:p>
        </w:tc>
        <w:tc>
          <w:tcPr>
            <w:tcW w:type="dxa" w:w="5440"/>
          </w:tcPr>
          <w:p>
            <w:r>
              <w:t>SR CKIN AY HN1 PSGR NO LASTNAME/S1-4</w:t>
            </w:r>
          </w:p>
        </w:tc>
      </w:tr>
    </w:tbl>
    <w:p>
      <w:pPr>
        <w:pStyle w:val="Heading2"/>
      </w:pPr>
      <w:r>
        <w:t>AY – FIRST NAME UNKNOWN (FNU)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Format</w:t>
            </w:r>
          </w:p>
        </w:tc>
        <w:tc>
          <w:tcPr>
            <w:tcW w:type="dxa" w:w="5440"/>
          </w:tcPr>
          <w:p>
            <w:r>
              <w:t>JOHNSON/FNU MS</w:t>
            </w:r>
          </w:p>
        </w:tc>
      </w:tr>
      <w:tr>
        <w:tc>
          <w:tcPr>
            <w:tcW w:type="dxa" w:w="5440"/>
          </w:tcPr>
          <w:p>
            <w:r>
              <w:t>Application</w:t>
            </w:r>
          </w:p>
        </w:tc>
        <w:tc>
          <w:tcPr>
            <w:tcW w:type="dxa" w:w="5440"/>
          </w:tcPr>
          <w:p>
            <w:r>
              <w:t>(if there is no name in the first name field of the passport)</w:t>
            </w:r>
          </w:p>
        </w:tc>
      </w:tr>
      <w:tr>
        <w:tc>
          <w:tcPr>
            <w:tcW w:type="dxa" w:w="5440"/>
          </w:tcPr>
          <w:p>
            <w:r>
              <w:t>NDC</w:t>
            </w:r>
          </w:p>
        </w:tc>
        <w:tc>
          <w:tcPr>
            <w:tcW w:type="dxa" w:w="5440"/>
          </w:tcPr>
          <w:p>
            <w:r>
              <w:t>For NDC bookings, as it is not possible to add SR element via NDC channels, please contact our Agent Help Desk to add SR element to the booking</w:t>
            </w:r>
          </w:p>
        </w:tc>
      </w:tr>
      <w:tr>
        <w:tc>
          <w:tcPr>
            <w:tcW w:type="dxa" w:w="5440"/>
          </w:tcPr>
          <w:p>
            <w:r>
              <w:t>EDIFACT</w:t>
            </w:r>
          </w:p>
        </w:tc>
        <w:tc>
          <w:tcPr>
            <w:tcW w:type="dxa" w:w="5440"/>
          </w:tcPr>
          <w:p>
            <w:r>
              <w:t>For Edifact bookings, add the SR check-in</w:t>
            </w:r>
          </w:p>
        </w:tc>
      </w:tr>
      <w:tr>
        <w:tc>
          <w:tcPr>
            <w:tcW w:type="dxa" w:w="5440"/>
          </w:tcPr>
          <w:p>
            <w:r>
              <w:t>SR</w:t>
            </w:r>
          </w:p>
        </w:tc>
        <w:tc>
          <w:tcPr>
            <w:tcW w:type="dxa" w:w="5440"/>
          </w:tcPr>
          <w:p>
            <w:r>
              <w:t>SR CKIN AY HN1 PSGR NO FIRSTNAME/S1-4</w:t>
            </w:r>
          </w:p>
        </w:tc>
      </w:tr>
    </w:tbl>
    <w:p>
      <w:pPr>
        <w:pStyle w:val="Heading2"/>
      </w:pPr>
      <w:r>
        <w:t>AY – ONE LETTER FAMILY NAMES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Rule</w:t>
            </w:r>
          </w:p>
        </w:tc>
        <w:tc>
          <w:tcPr>
            <w:tcW w:type="dxa" w:w="5440"/>
          </w:tcPr>
          <w:p>
            <w:r>
              <w:t>At least two letters are needed due to system requirement</w:t>
            </w:r>
          </w:p>
        </w:tc>
      </w:tr>
      <w:tr>
        <w:tc>
          <w:tcPr>
            <w:tcW w:type="dxa" w:w="5440"/>
          </w:tcPr>
          <w:p>
            <w:r>
              <w:t>Instruction</w:t>
            </w:r>
          </w:p>
        </w:tc>
        <w:tc>
          <w:tcPr>
            <w:tcW w:type="dxa" w:w="5440"/>
          </w:tcPr>
          <w:p>
            <w:r>
              <w:t>If there is only one letter in the family name, please insert first the letter, then an empty space and the gender indicator</w:t>
            </w:r>
          </w:p>
        </w:tc>
      </w:tr>
      <w:tr>
        <w:tc>
          <w:tcPr>
            <w:tcW w:type="dxa" w:w="5440"/>
          </w:tcPr>
          <w:p>
            <w:r>
              <w:t>Example</w:t>
            </w:r>
          </w:p>
        </w:tc>
        <w:tc>
          <w:tcPr>
            <w:tcW w:type="dxa" w:w="5440"/>
          </w:tcPr>
          <w:p>
            <w:r>
              <w:t>Y MR/LINUS MR</w:t>
            </w:r>
          </w:p>
        </w:tc>
      </w:tr>
    </w:tbl>
    <w:p>
      <w:pPr>
        <w:pStyle w:val="Heading2"/>
      </w:pPr>
      <w:r>
        <w:t>AI – AIR INDIA STANDARD RULE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NO GIVEN NAME</w:t>
            </w:r>
          </w:p>
        </w:tc>
        <w:tc>
          <w:tcPr>
            <w:tcW w:type="dxa" w:w="5440"/>
          </w:tcPr>
          <w:p>
            <w:r>
              <w:t>TANIA/FNU MRS</w:t>
            </w:r>
          </w:p>
        </w:tc>
      </w:tr>
      <w:tr>
        <w:tc>
          <w:tcPr>
            <w:tcW w:type="dxa" w:w="5440"/>
          </w:tcPr>
          <w:p>
            <w:r>
              <w:t>Alternative</w:t>
            </w:r>
          </w:p>
        </w:tc>
        <w:tc>
          <w:tcPr>
            <w:tcW w:type="dxa" w:w="5440"/>
          </w:tcPr>
          <w:p>
            <w:r>
              <w:t>TANIA/MRS</w:t>
            </w:r>
          </w:p>
        </w:tc>
      </w:tr>
      <w:tr>
        <w:tc>
          <w:tcPr>
            <w:tcW w:type="dxa" w:w="5440"/>
          </w:tcPr>
          <w:p>
            <w:r>
              <w:t>NO LAST NAME</w:t>
            </w:r>
          </w:p>
        </w:tc>
        <w:tc>
          <w:tcPr>
            <w:tcW w:type="dxa" w:w="5440"/>
          </w:tcPr>
          <w:p>
            <w:r>
              <w:t>FERREIRA/FNU MRS</w:t>
            </w:r>
          </w:p>
        </w:tc>
      </w:tr>
      <w:tr>
        <w:tc>
          <w:tcPr>
            <w:tcW w:type="dxa" w:w="5440"/>
          </w:tcPr>
          <w:p>
            <w:r>
              <w:t>Alternative</w:t>
            </w:r>
          </w:p>
        </w:tc>
        <w:tc>
          <w:tcPr>
            <w:tcW w:type="dxa" w:w="5440"/>
          </w:tcPr>
          <w:p>
            <w:r>
              <w:t>FERREIRA/MRS</w:t>
            </w:r>
          </w:p>
        </w:tc>
      </w:tr>
    </w:tbl>
    <w:p>
      <w:pPr>
        <w:pStyle w:val="Heading2"/>
      </w:pPr>
      <w:r>
        <w:t>AI – NO FAMILY NAME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Scenario</w:t>
            </w:r>
          </w:p>
        </w:tc>
        <w:tc>
          <w:tcPr>
            <w:tcW w:type="dxa" w:w="5440"/>
          </w:tcPr>
          <w:p>
            <w:r>
              <w:t>When the surname is not available, and all names are under the Given name header of the travel document</w:t>
            </w:r>
          </w:p>
        </w:tc>
      </w:tr>
      <w:tr>
        <w:tc>
          <w:tcPr>
            <w:tcW w:type="dxa" w:w="5440"/>
          </w:tcPr>
          <w:p>
            <w:r>
              <w:t>Rule</w:t>
            </w:r>
          </w:p>
        </w:tc>
        <w:tc>
          <w:tcPr>
            <w:tcW w:type="dxa" w:w="5440"/>
          </w:tcPr>
          <w:p>
            <w:r>
              <w:t>Update the name using one of the following formats</w:t>
            </w:r>
          </w:p>
        </w:tc>
      </w:tr>
      <w:tr>
        <w:tc>
          <w:tcPr>
            <w:tcW w:type="dxa" w:w="5440"/>
          </w:tcPr>
          <w:p>
            <w:r>
              <w:t>Format 1</w:t>
            </w:r>
          </w:p>
        </w:tc>
        <w:tc>
          <w:tcPr>
            <w:tcW w:type="dxa" w:w="5440"/>
          </w:tcPr>
          <w:p>
            <w:r>
              <w:t>Enter given name(s) in last name field</w:t>
            </w:r>
          </w:p>
        </w:tc>
      </w:tr>
      <w:tr>
        <w:tc>
          <w:tcPr>
            <w:tcW w:type="dxa" w:w="5440"/>
          </w:tcPr>
          <w:p>
            <w:r>
              <w:t>Format 1</w:t>
            </w:r>
          </w:p>
        </w:tc>
        <w:tc>
          <w:tcPr>
            <w:tcW w:type="dxa" w:w="5440"/>
          </w:tcPr>
          <w:p>
            <w:r>
              <w:t>Add FNU (First Name Unknown) in first name field</w:t>
            </w:r>
          </w:p>
        </w:tc>
      </w:tr>
      <w:tr>
        <w:tc>
          <w:tcPr>
            <w:tcW w:type="dxa" w:w="5440"/>
          </w:tcPr>
          <w:p>
            <w:r>
              <w:t>Format 1</w:t>
            </w:r>
          </w:p>
        </w:tc>
        <w:tc>
          <w:tcPr>
            <w:tcW w:type="dxa" w:w="5440"/>
          </w:tcPr>
          <w:p>
            <w:r>
              <w:t>Followed by title</w:t>
            </w:r>
          </w:p>
        </w:tc>
      </w:tr>
      <w:tr>
        <w:tc>
          <w:tcPr>
            <w:tcW w:type="dxa" w:w="5440"/>
          </w:tcPr>
          <w:p>
            <w:r>
              <w:t>Example</w:t>
            </w:r>
          </w:p>
        </w:tc>
        <w:tc>
          <w:tcPr>
            <w:tcW w:type="dxa" w:w="5440"/>
          </w:tcPr>
          <w:p>
            <w:r>
              <w:t>JEREMY BROWN/FNU MR</w:t>
            </w:r>
          </w:p>
        </w:tc>
      </w:tr>
      <w:tr>
        <w:tc>
          <w:tcPr>
            <w:tcW w:type="dxa" w:w="5440"/>
          </w:tcPr>
          <w:p>
            <w:r>
              <w:t>Status</w:t>
            </w:r>
          </w:p>
        </w:tc>
        <w:tc>
          <w:tcPr>
            <w:tcW w:type="dxa" w:w="5440"/>
          </w:tcPr>
          <w:p>
            <w:r>
              <w:t>Suggested to use except exception countries</w:t>
            </w:r>
          </w:p>
        </w:tc>
      </w:tr>
      <w:tr>
        <w:tc>
          <w:tcPr>
            <w:tcW w:type="dxa" w:w="5440"/>
          </w:tcPr>
          <w:p>
            <w:r>
              <w:t>Format 2</w:t>
            </w:r>
          </w:p>
        </w:tc>
        <w:tc>
          <w:tcPr>
            <w:tcW w:type="dxa" w:w="5440"/>
          </w:tcPr>
          <w:p>
            <w:r>
              <w:t>Enter given name(s) in last name field and add title in first name field</w:t>
            </w:r>
          </w:p>
        </w:tc>
      </w:tr>
      <w:tr>
        <w:tc>
          <w:tcPr>
            <w:tcW w:type="dxa" w:w="5440"/>
          </w:tcPr>
          <w:p>
            <w:r>
              <w:t>Example</w:t>
            </w:r>
          </w:p>
        </w:tc>
        <w:tc>
          <w:tcPr>
            <w:tcW w:type="dxa" w:w="5440"/>
          </w:tcPr>
          <w:p>
            <w:r>
              <w:t>JEREMY BROWN/MR</w:t>
            </w:r>
          </w:p>
        </w:tc>
      </w:tr>
      <w:tr>
        <w:tc>
          <w:tcPr>
            <w:tcW w:type="dxa" w:w="5440"/>
          </w:tcPr>
          <w:p>
            <w:r>
              <w:t>Status</w:t>
            </w:r>
          </w:p>
        </w:tc>
        <w:tc>
          <w:tcPr>
            <w:tcW w:type="dxa" w:w="5440"/>
          </w:tcPr>
          <w:p>
            <w:r>
              <w:t>Accepted</w:t>
            </w:r>
          </w:p>
        </w:tc>
      </w:tr>
    </w:tbl>
    <w:p>
      <w:pPr>
        <w:pStyle w:val="Heading2"/>
      </w:pPr>
      <w:r>
        <w:t>AI – NO GIVEN / FIRST NAME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Field</w:t>
            </w:r>
          </w:p>
        </w:tc>
        <w:tc>
          <w:tcPr>
            <w:tcW w:type="dxa" w:w="5440"/>
          </w:tcPr>
          <w:p>
            <w:r>
              <w:t>Information</w:t>
            </w:r>
          </w:p>
        </w:tc>
      </w:tr>
      <w:tr>
        <w:tc>
          <w:tcPr>
            <w:tcW w:type="dxa" w:w="5440"/>
          </w:tcPr>
          <w:p>
            <w:r>
              <w:t>Scenario</w:t>
            </w:r>
          </w:p>
        </w:tc>
        <w:tc>
          <w:tcPr>
            <w:tcW w:type="dxa" w:w="5440"/>
          </w:tcPr>
          <w:p>
            <w:r>
              <w:t>When the given names (first and middle) are not available</w:t>
            </w:r>
          </w:p>
        </w:tc>
      </w:tr>
      <w:tr>
        <w:tc>
          <w:tcPr>
            <w:tcW w:type="dxa" w:w="5440"/>
          </w:tcPr>
          <w:p>
            <w:r>
              <w:t>Format 1</w:t>
            </w:r>
          </w:p>
        </w:tc>
        <w:tc>
          <w:tcPr>
            <w:tcW w:type="dxa" w:w="5440"/>
          </w:tcPr>
          <w:p>
            <w:r>
              <w:t>Enter surname in last name field</w:t>
            </w:r>
          </w:p>
        </w:tc>
      </w:tr>
      <w:tr>
        <w:tc>
          <w:tcPr>
            <w:tcW w:type="dxa" w:w="5440"/>
          </w:tcPr>
          <w:p>
            <w:r>
              <w:t>Format 1</w:t>
            </w:r>
          </w:p>
        </w:tc>
        <w:tc>
          <w:tcPr>
            <w:tcW w:type="dxa" w:w="5440"/>
          </w:tcPr>
          <w:p>
            <w:r>
              <w:t>Update given name as FNU</w:t>
            </w:r>
          </w:p>
        </w:tc>
      </w:tr>
      <w:tr>
        <w:tc>
          <w:tcPr>
            <w:tcW w:type="dxa" w:w="5440"/>
          </w:tcPr>
          <w:p>
            <w:r>
              <w:t>Format 1</w:t>
            </w:r>
          </w:p>
        </w:tc>
        <w:tc>
          <w:tcPr>
            <w:tcW w:type="dxa" w:w="5440"/>
          </w:tcPr>
          <w:p>
            <w:r>
              <w:t>Followed by title</w:t>
            </w:r>
          </w:p>
        </w:tc>
      </w:tr>
      <w:tr>
        <w:tc>
          <w:tcPr>
            <w:tcW w:type="dxa" w:w="5440"/>
          </w:tcPr>
          <w:p>
            <w:r>
              <w:t>Example</w:t>
            </w:r>
          </w:p>
        </w:tc>
        <w:tc>
          <w:tcPr>
            <w:tcW w:type="dxa" w:w="5440"/>
          </w:tcPr>
          <w:p>
            <w:r>
              <w:t>JACK/FNU MRS</w:t>
            </w:r>
          </w:p>
        </w:tc>
      </w:tr>
      <w:tr>
        <w:tc>
          <w:tcPr>
            <w:tcW w:type="dxa" w:w="5440"/>
          </w:tcPr>
          <w:p>
            <w:r>
              <w:t>Status</w:t>
            </w:r>
          </w:p>
        </w:tc>
        <w:tc>
          <w:tcPr>
            <w:tcW w:type="dxa" w:w="5440"/>
          </w:tcPr>
          <w:p>
            <w:r>
              <w:t>Suggested to use except exception countries</w:t>
            </w:r>
          </w:p>
        </w:tc>
      </w:tr>
      <w:tr>
        <w:tc>
          <w:tcPr>
            <w:tcW w:type="dxa" w:w="5440"/>
          </w:tcPr>
          <w:p>
            <w:r>
              <w:t>Format 2</w:t>
            </w:r>
          </w:p>
        </w:tc>
        <w:tc>
          <w:tcPr>
            <w:tcW w:type="dxa" w:w="5440"/>
          </w:tcPr>
          <w:p>
            <w:r>
              <w:t>Enter given name in last name field</w:t>
            </w:r>
          </w:p>
        </w:tc>
      </w:tr>
      <w:tr>
        <w:tc>
          <w:tcPr>
            <w:tcW w:type="dxa" w:w="5440"/>
          </w:tcPr>
          <w:p>
            <w:r>
              <w:t>Format 2</w:t>
            </w:r>
          </w:p>
        </w:tc>
        <w:tc>
          <w:tcPr>
            <w:tcW w:type="dxa" w:w="5440"/>
          </w:tcPr>
          <w:p>
            <w:r>
              <w:t>Update title in first name field</w:t>
            </w:r>
          </w:p>
        </w:tc>
      </w:tr>
      <w:tr>
        <w:tc>
          <w:tcPr>
            <w:tcW w:type="dxa" w:w="5440"/>
          </w:tcPr>
          <w:p>
            <w:r>
              <w:t>Example</w:t>
            </w:r>
          </w:p>
        </w:tc>
        <w:tc>
          <w:tcPr>
            <w:tcW w:type="dxa" w:w="5440"/>
          </w:tcPr>
          <w:p>
            <w:r>
              <w:t>SMITH/MRS</w:t>
            </w:r>
          </w:p>
        </w:tc>
      </w:tr>
      <w:tr>
        <w:tc>
          <w:tcPr>
            <w:tcW w:type="dxa" w:w="5440"/>
          </w:tcPr>
          <w:p>
            <w:r>
              <w:t>Status</w:t>
            </w:r>
          </w:p>
        </w:tc>
        <w:tc>
          <w:tcPr>
            <w:tcW w:type="dxa" w:w="5440"/>
          </w:tcPr>
          <w:p>
            <w:r>
              <w:t>Accepted</w:t>
            </w:r>
          </w:p>
        </w:tc>
      </w:tr>
    </w:tbl>
    <w:p>
      <w:pPr>
        <w:pStyle w:val="Heading2"/>
      </w:pPr>
      <w:r>
        <w:t>CRITICAL ALERTS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5440"/>
          </w:tcPr>
          <w:p>
            <w:r>
              <w:t>Airline</w:t>
            </w:r>
          </w:p>
        </w:tc>
        <w:tc>
          <w:tcPr>
            <w:tcW w:type="dxa" w:w="5440"/>
          </w:tcPr>
          <w:p>
            <w:r>
              <w:t>Alert</w:t>
            </w:r>
          </w:p>
        </w:tc>
      </w:tr>
      <w:tr>
        <w:tc>
          <w:tcPr>
            <w:tcW w:type="dxa" w:w="5440"/>
          </w:tcPr>
          <w:p>
            <w:r>
              <w:t>AF/KL</w:t>
            </w:r>
          </w:p>
        </w:tc>
        <w:tc>
          <w:tcPr>
            <w:tcW w:type="dxa" w:w="5440"/>
          </w:tcPr>
          <w:p>
            <w:r>
              <w:t>OSI mandatory → PAX ONLY HAS FIRST NAME</w:t>
            </w:r>
          </w:p>
        </w:tc>
      </w:tr>
      <w:tr>
        <w:tc>
          <w:tcPr>
            <w:tcW w:type="dxa" w:w="5440"/>
          </w:tcPr>
          <w:p>
            <w:r>
              <w:t>AY</w:t>
            </w:r>
          </w:p>
        </w:tc>
        <w:tc>
          <w:tcPr>
            <w:tcW w:type="dxa" w:w="5440"/>
          </w:tcPr>
          <w:p>
            <w:r>
              <w:t>Agent Help Desk for NDC + SR mandatory</w:t>
            </w:r>
          </w:p>
        </w:tc>
      </w:tr>
      <w:tr>
        <w:tc>
          <w:tcPr>
            <w:tcW w:type="dxa" w:w="5440"/>
          </w:tcPr>
          <w:p>
            <w:r>
              <w:t>EY / AI</w:t>
            </w:r>
          </w:p>
        </w:tc>
        <w:tc>
          <w:tcPr>
            <w:tcW w:type="dxa" w:w="5440"/>
          </w:tcPr>
          <w:p>
            <w:r>
              <w:t>Suggested vs Accepted</w:t>
            </w:r>
          </w:p>
        </w:tc>
      </w:tr>
    </w:tbl>
    <w:sectPr w:rsidR="00FC693F" w:rsidRPr="0006063C" w:rsidSect="00034616">
      <w:pgSz w:w="12240" w:h="15840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